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Microsoft YaHei" w:hAnsi="Microsoft YaHei" w:eastAsia="Microsoft YaHei"/>
          <w:b/>
          <w:i w:val="0"/>
          <w:color w:val="1F3A5F"/>
          <w:sz w:val="36"/>
        </w:rPr>
        <w:t>受益人证明 / Beneficiary's Certificate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535"/>
        <w:gridCol w:w="5102"/>
      </w:tblGrid>
      <w:tr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字段 / Field</w:t>
            </w:r>
          </w:p>
        </w:tc>
        <w:tc>
          <w:tcPr>
            <w:tcW w:type="dxa" w:w="4819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2"/>
              </w:rPr>
              <w:t>填写内容 / Content</w:t>
            </w:r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受益人名称与地址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填写出口商完整法定名称及详细地址，须与信用证、商业发票、提单等单据严格一致，包括标点、缩写和空格。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证明书标题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明确标注“BENEFICIARY'S CERTIFICATE”或信用证规定的具体标题，如“BENEFICIARY'S CERTIFICATE OF ORIGIN”。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日期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出具日期不得早于发票日期，通常应早于或等于提单日期，且须在信用证规定的交单期内。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信用证号码与开证行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若信用证要求，需列明信用证号、开证行名称及开证日期，便于银行核对。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发票号码与日期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填写对应商业发票的号码和日期，确保与其他单据关联一致。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合同号码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如信用证或进口商要求，填写销售合同号，便于追溯交易背景。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证明内容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逐字照抄信用证要求的声明文字，或按进口国规定撰写事实陈述，如“We hereby certify that the goods are of Chinese origin”。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货物描述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简要描述货物名称、数量、包装等，须与发票、提单一致，避免笼统。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提单号码与日期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如证明涉及装运事实，需填写提单号、船名及装运日期，与提单一致。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原产地声明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若用于证明原产地，需明确声明货物完全产自某国或符合原产地规则，必要时注明原产地标准。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签字与盖章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由受益人授权签字人手签并加盖公司公章，签字须与银行留样一致，盖章清晰。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签发地点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填写受益人所在地或实际签发地，通常与受益人地址一致。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联系方式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提供电话、传真或邮箱，便于进口商或银行核实，非必需但建议填写。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页码与总页数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如证明书多页，需标注“Page X of Y”，防止单据丢失或篡改。</w:t>
            </w:r>
          </w:p>
        </w:tc>
        <w:tc>
          <w:tcPr>
            <w:tcW w:type="dxa" w:w="5102"/>
          </w:tcPr>
          <w:p>
            <w:r/>
          </w:p>
        </w:tc>
      </w:tr>
      <w:tr>
        <w:tc>
          <w:tcPr>
            <w:tcW w:type="dxa" w:w="4535"/>
          </w:tcPr>
          <w:p>
            <w:r/>
            <w:r>
              <w:rPr>
                <w:rFonts w:ascii="Microsoft YaHei" w:hAnsi="Microsoft YaHei" w:eastAsia="Microsoft YaHei"/>
                <w:b/>
                <w:i w:val="0"/>
                <w:sz w:val="20"/>
              </w:rPr>
              <w:t>附件说明</w:t>
            </w:r>
          </w:p>
          <w:p>
            <w:pPr>
              <w:spacing w:before="40"/>
            </w:pPr>
            <w:r>
              <w:rPr>
                <w:rFonts w:ascii="Microsoft YaHei" w:hAnsi="Microsoft YaHei" w:eastAsia="Microsoft YaHei"/>
                <w:b w:val="0"/>
                <w:i w:val="0"/>
                <w:color w:val="999999"/>
                <w:sz w:val="16"/>
              </w:rPr>
              <w:t>若附有检测报告、授权书等，需列明附件名称和份数，并注明“附件为证明书不可分割部分”。</w:t>
            </w:r>
          </w:p>
        </w:tc>
        <w:tc>
          <w:tcPr>
            <w:tcW w:type="dxa" w:w="5102"/>
          </w:tcPr>
          <w:p>
            <w:r/>
          </w:p>
        </w:tc>
      </w:tr>
    </w:tbl>
    <w:p/>
    <w:p>
      <w:pPr>
        <w:jc w:val="right"/>
      </w:pPr>
      <w:r>
        <w:rPr>
          <w:rFonts w:ascii="Microsoft YaHei" w:hAnsi="Microsoft YaHei" w:eastAsia="Microsoft YaHei"/>
          <w:b w:val="0"/>
          <w:i w:val="0"/>
          <w:sz w:val="22"/>
        </w:rPr>
        <w:t>签章 / Signature: ______________________</w:t>
      </w:r>
    </w:p>
    <w:p/>
    <w:p>
      <w:r>
        <w:rPr>
          <w:rFonts w:ascii="Microsoft YaHei" w:hAnsi="Microsoft YaHei" w:eastAsia="Microsoft YaHei"/>
          <w:b w:val="0"/>
          <w:i w:val="0"/>
          <w:color w:val="996600"/>
          <w:sz w:val="18"/>
        </w:rPr>
        <w:t>⚠️ 本模板仅供参考，具体填写以信用证/合同/进口国要求为准。</w:t>
        <w:br/>
        <w:t>This template is for reference only. Actual filling shall be subject to the L/C, contract or importing country requirements.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