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Microsoft YaHei" w:hAnsi="Microsoft YaHei" w:eastAsia="Microsoft YaHei"/>
          <w:b/>
          <w:i w:val="0"/>
          <w:color w:val="1F3A5F"/>
          <w:sz w:val="36"/>
        </w:rPr>
        <w:t>采购订单 / Purchase Order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35"/>
        <w:gridCol w:w="5102"/>
      </w:tblGrid>
      <w:tr>
        <w:tc>
          <w:tcPr>
            <w:tcW w:type="dxa" w:w="4819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2"/>
              </w:rPr>
              <w:t>字段 / Field</w:t>
            </w:r>
          </w:p>
        </w:tc>
        <w:tc>
          <w:tcPr>
            <w:tcW w:type="dxa" w:w="4819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2"/>
              </w:rPr>
              <w:t>填写内容 / Content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采购订单编号（PO No.）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买方内部唯一识别码，通常由字母和数字组成，用于全程追踪订单。应确保与后续发票、装箱单、信用证等单证引用一致。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订单日期（Date）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买方发出订单的日期，是确定交货期、信用证有效期、合同成立时间的重要基准。格式建议采用国际通用格式（如YYYY-MM-DD）。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买卖双方名称与地址（Buyer/Seller）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必须填写完整法定名称、详细地址、联系方式。买方通常为进口商，卖方为出口商。地址应精确到门牌号，便于物流和清关。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商品描述（Description of Goods）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详细列明货物名称、规格、型号、材质、成分、用途等。应与HS编码归类、进口国准入要求一致，避免笼统描述。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数量（Quantity）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明确计量单位（如PCS、SETS、KGS、CBM）及具体数量。注意溢短装条款是否允许，以及是否与信用证规定一致。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单价与总价（Unit Price &amp; Total Amount）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标明币种、单位价格、贸易术语（如FOB、CIF）、总金额。价格应包含或明确不含佣金、折扣、包装费等。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贸易术语（Trade Terms）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采用INCOTERMS 2020等国际通用规则，明确风险、费用划分点。如FOB上海、CIF纽约等，需注明版本。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交货期与交货地点（Delivery Date &amp; Place）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规定最迟装运期、交货地点或目的港。应与信用证装运期、船期衔接，避免逾期。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付款方式（Payment Terms）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明确电汇（T/T）、信用证（L/C）、托收（D/P、D/A）等，并注明定金比例、付款期限、信用证类型及开证行。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包装要求（Packing Requirements）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说明包装材料、方式、唛头、环保要求等。需符合进口国木质包装检疫、环保法规等。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运输方式（Mode of Transport）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指明海运、空运、陆运、快递等，以及是否允许分批装运和转运。应与贸易术语、交货期匹配。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保险要求（Insurance）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如CIF、CIP术语下，需明确投保人、险别、保额、保险公司。通常保额为发票金额110%。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单据要求（Documents Required）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列明卖方需提供的单证，如商业发票、装箱单、提单、原产地证、质检证书等，并注明份数和语言。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验收标准与索赔条款（Inspection &amp; Claims）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规定质量检验标准、检验机构、索赔期限和方式。常见如SGS、CIQ检验，索赔期通常为货到后30-60天。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签字与盖章（Signature &amp; Seal）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买方授权代表签字并加盖公司章，确保订单法律效力。电子订单需有可靠电子签名。</w:t>
            </w:r>
          </w:p>
        </w:tc>
        <w:tc>
          <w:tcPr>
            <w:tcW w:type="dxa" w:w="5102"/>
          </w:tcPr>
          <w:p>
            <w:r/>
          </w:p>
        </w:tc>
      </w:tr>
    </w:tbl>
    <w:p/>
    <w:p>
      <w:pPr>
        <w:jc w:val="right"/>
      </w:pPr>
      <w:r>
        <w:rPr>
          <w:rFonts w:ascii="Microsoft YaHei" w:hAnsi="Microsoft YaHei" w:eastAsia="Microsoft YaHei"/>
          <w:b w:val="0"/>
          <w:i w:val="0"/>
          <w:sz w:val="22"/>
        </w:rPr>
        <w:t>签章 / Signature: ______________________</w:t>
      </w:r>
    </w:p>
    <w:p/>
    <w:p>
      <w:r>
        <w:rPr>
          <w:rFonts w:ascii="Microsoft YaHei" w:hAnsi="Microsoft YaHei" w:eastAsia="Microsoft YaHei"/>
          <w:b w:val="0"/>
          <w:i w:val="0"/>
          <w:color w:val="996600"/>
          <w:sz w:val="18"/>
        </w:rPr>
        <w:t>⚠️ 本模板仅供参考，具体填写以信用证/合同/进口国要求为准。</w:t>
        <w:br/>
        <w:t>This template is for reference only. Actual filling shall be subject to the L/C, contract or importing country requirements.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