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Microsoft YaHei" w:hAnsi="Microsoft YaHei" w:eastAsia="Microsoft YaHei"/>
          <w:b/>
          <w:i w:val="0"/>
          <w:color w:val="1F3A5F"/>
          <w:sz w:val="36"/>
        </w:rPr>
        <w:t>销售确认书 / Sales Confirmation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535"/>
        <w:gridCol w:w="5102"/>
      </w:tblGrid>
      <w:tr>
        <w:tc>
          <w:tcPr>
            <w:tcW w:type="dxa" w:w="4819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2"/>
              </w:rPr>
              <w:t>字段 / Field</w:t>
            </w:r>
          </w:p>
        </w:tc>
        <w:tc>
          <w:tcPr>
            <w:tcW w:type="dxa" w:w="4819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2"/>
              </w:rPr>
              <w:t>填写内容 / Content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卖方名称与地址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填写出口商完整法定名称、详细地址、电话、传真及电子邮箱，确保与营业执照及海关备案信息一致。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买方名称与地址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填写进口商完整法定名称、详细地址、联系方式，应与买方所在国注册信息及信用证申请人一致。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销售确认书编号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由卖方编制的唯一识别号，通常包含年份、公司代码和流水号，用于全程跟踪和归档。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日期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填写签发销售确认书的日期，应早于或等于合同生效日，并注意与信用证开立日期的逻辑关系。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商品名称与规格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按国际贸易标准或双方约定准确描述货物名称、型号、材质、等级等，避免笼统或歧义表述。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数量与单位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明确计量单位（如件、套、千克、米）及具体数量，注意与装箱单、发票及信用证保持一致。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单价与总价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写明币种、单位价格及总金额，价格术语（如FOB、CIF）应完整准确，总价大小写一致。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价格术语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采用INCOTERMS 2020等最新版本，明确交货地点和风险划分界限，如FOB上海、CIF纽约。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付款方式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详细列明付款条件，如T/T、L/C、D/P等，若为信用证应注明开证行、信用证类型及有效期。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交货期与装运港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规定最迟装运日期和装运港口，应与信用证装运期、船期及生产计划匹配。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目的港与转运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填写最终目的港及是否允许转运、分批装运，注意与信用证及买方要求一致。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保险条款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明确由谁投保、投保险别及保险金额，如CIF条件下卖方按发票金额110%投保一切险。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包装与唛头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说明包装方式、外箱尺寸及运输唛头，唛头内容应与信用证、装箱单及实际货物一致。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仲裁与争议解决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约定适用法律、仲裁机构及仲裁规则，如提交中国国际经济贸易仲裁委员会仲裁。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双方签字盖章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卖方先签署并盖章，寄交买方会签，双方签字盖章后合同正式生效，传真件通常有效。</w:t>
            </w:r>
          </w:p>
        </w:tc>
        <w:tc>
          <w:tcPr>
            <w:tcW w:type="dxa" w:w="5102"/>
          </w:tcPr>
          <w:p>
            <w:r/>
          </w:p>
        </w:tc>
      </w:tr>
    </w:tbl>
    <w:p/>
    <w:p>
      <w:pPr>
        <w:jc w:val="right"/>
      </w:pPr>
      <w:r>
        <w:rPr>
          <w:rFonts w:ascii="Microsoft YaHei" w:hAnsi="Microsoft YaHei" w:eastAsia="Microsoft YaHei"/>
          <w:b w:val="0"/>
          <w:i w:val="0"/>
          <w:sz w:val="22"/>
        </w:rPr>
        <w:t>签章 / Signature: ______________________</w:t>
      </w:r>
    </w:p>
    <w:p/>
    <w:p>
      <w:r>
        <w:rPr>
          <w:rFonts w:ascii="Microsoft YaHei" w:hAnsi="Microsoft YaHei" w:eastAsia="Microsoft YaHei"/>
          <w:b w:val="0"/>
          <w:i w:val="0"/>
          <w:color w:val="996600"/>
          <w:sz w:val="18"/>
        </w:rPr>
        <w:t>⚠️ 本模板仅供参考，具体填写以信用证/合同/进口国要求为准。</w:t>
        <w:br/>
        <w:t>This template is for reference only. Actual filling shall be subject to the L/C, contract or importing country requirements.</w:t>
      </w:r>
    </w:p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